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יושב איפה? – בטיחות בדרכים ברכב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אמצעי הבטיחות השונים ברכב לפי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משתמשים במושב בטיחות, מושב הגבהה או חגורה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התנהגות בטוחה ולא בטוחה בנסיעה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במושב בטיחות לתינוקות ופעוטות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במושב הגבהה עם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לשמור על הנוסע במקרה של בלימה פתאומית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אפשר להיפגע בבלימה פתאומית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כשהילד גדל וגבוה מהמושב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מסוכן, צריך מושב בטיחות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החגורה שומרת על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פעוטות צריכים מושב בטיחות מתאים לגילם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תפקיד החגורה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מושב הגבהה מתאים לילדים גדולים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גם בנסיעה קצרה צריך מושב בטיחות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הגבהה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בלימה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הנוסע למקום הישיבה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(מושב בטיחות לתינוקות)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(מושב בטיחות לפעוטות)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(מושב הגבהה עם חגורה)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(חגורת בטיחות רגילה)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(חגורת בטיחות וישיבה ליד ההגה)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שמתארת מושב בטיחות או הגבהה וחגורה חגורה, לפי גיל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החגורה שומרת עלינו בבלימה פתאומית ומונעת פגיעה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מושב בטיחות לתינוקות ופעוטות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שומרת במקרה של בלימה פתאומית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מושב בטיחות לקטנים, מושב הגבהה לגדולים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סוגי מושבים שונים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משחק תפקידים: מי יושב איפה ברכב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לילדים הצעירים אפשר לקרוא את המשפטים בקול ולתת להם לסמן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יושב איפה? – בטיחות בדרכים ברכב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לשבת ברכב בבטחה. כל ילד צריך מושב מתאים לגיל שלו וחגורה.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מוֹשַׁב בִּטִיחוּת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כִּסֵּא מְיֻחָד לְתִינוֹקוֹת וּפָעוֹטוֹת בָּרֶכֶב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חֲגוֹרַת בִּטִיחוּת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רְצוּעָה שֶׁשּׁוֹמֶרֶת עַל הַנּוֹסֵעַ בִּבְלִימָה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מוֹשַׁב הַגְבָּהָה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כִּסֵּא לְיֶלֶד גָּדוֹל יוֹתֵר כְּדֵי שֶׁהַחֲגוֹרָה תַּתְאִים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פָּעוֹט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יֶלֶד קָטָן בְּגִיל שָׁנָה עַד שָׁלוֹש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נֶהָג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מִי שֶׁנּוֹהֵג בָּרֶכֶב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נוֹסֵעַ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מִי שֶׁיּוֹשֵׁב בָּרֶכֶב וְלֹא נוֹהֵג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בָּטוּחַ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בְּלִי סַכָּנָה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מְסֻכָּן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עָלוּל לִגְרֹם לְפֶגַע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ילד בן שנתיים צריך לשבת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במושב בטיחות לתינוקות ופעוטות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הברכיים של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 במושב הקדמי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ילד גדול יותר צריך לשבת?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בלי חגורה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הברכיים של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במושב הגבהה עם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עומד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צריך חגורת 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לקשט את 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הנוסע במקרה של בלימה פתאומית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לעזור לנהג לראות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לחמם את הנוסע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הסכנה בלי חגורה?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כלום לא קורה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אפשר להיפגע בבלימה פתאומית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הרכב נוסע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הנהג מרוצה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מחליפים מושב 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כשהילד גדל וגבוה מהמושב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לעולם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כשהוא ישן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להחזיק תינוק על הברכיים בזמן נסיעה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הנוסעים ברכב צריכים לחגור חגורת בטיחות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פעוט יכול לשבת במושב רגיל בלי מושב בטיחות 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חגורת בטיחות עוזרת לנוסע להישאר במקומו בבלימה פתאומית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שגדל קצת יכול לעבור למושב הגבהה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לנסוע עם ילד קטן בלי שום מושב מיוחד אם הנסיעה 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נֹעַם בֶּן שְׁנָתַיִם נוֹסֵעַ בְּמוֹשַׁב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אָסוּר לִנְסֹעַ בָּרֶכֶב בְּלִי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יְלָדִים גְּדוֹלִים יוֹתֵר מִשְׁתַּמְּשִׁים בְּמוֹשַׁב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הַנֶּהָג יוֹשֵׁב לְיַד הַ__________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חֲגוֹרַת הַבִּטִיחוּת שׁוֹמֶרֶת עַל הַנּוֹסֵעַ בִּזְמַן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הנוסע למקום הישיבה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תינוק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חגורת בטיחות וישיבה ליד ההגה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פעוט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מושב הגבהה עם חגורה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 בגיל בית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חגורת בטיחות רגילה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מושב בטיחות לתינוקות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מושב בטיחות לפעוטות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כתבו: איך אתם נוסעים ברכב בבטחה? מה יש לכם במושב?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לחבר שלא רוצה לחגור חגורה למה זה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נוסע ילד בן שנתיים ברכב?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לחגור חגורת בטיחות?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מושב בטיחות למושב הגבהה?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יושב איפה? – בטיחות בדרכים ברכב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