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יושב איפה? – בטיחות בדרכים ברכב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אמצעי הבטיחות השונים ברכב לפי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משתמשים במושב בטיחות, מושב הגבהה או חגורה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בטוחה ולא בטוחה בנסיעה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במושב בטיחות לתינוקות ופעוטות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במושב הגבהה עם חגורה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מסוכן, צריך מושב בטיחות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החגורה שומרת על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פעוטות צריכים מושב בטיחות מתאים לגילם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הנוסע למקום הישיבה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(מושב בטיחות לתינוקות)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(מושב בטיחות לפעוטות)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(מושב הגבהה עם חגורה)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(חגורת בטיחות רגילה)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שמתארת מושב בטיחות או הגבהה וחגורה חגורה, לפי גיל הילד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מושב בטיחות לתינוקות ופעוטות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שומרת במקרה של בלימה פתאומית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מושב בטיחות לקטנים, מושב הגבהה לגדולים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סוגי מושבים שונים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משחק תפקידים: מי יושב איפה ברכב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לילדים הצעירים אפשר לקרוא את המשפטים בקול ולתת להם לסמן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יושב איפה? – בטיחות בדרכים ברכב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איך כל ילד וילדה צריכים לשבת ברכב בהתאם לגיל שלהם, ולמה חשוב להשתמש במושב בטיחות ובחגורה.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בטיחות  ·  חגורה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נֹעַם בֶּן שְׁנָתַיִם, איך נכון שהוא ייסע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במושב בטיחות לתינוקות ופעוטות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הברכיים של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בלי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ילד בן 6 שכבר גדול מהמושב של פעוטות, איך ייסע?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בלי חגורה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הברכיים של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במושב הגבהה עם חגורה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להחזיק תינוק על הברכיים בזמן נסיעה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הנוסעים ברכב צריכים לחגור חגורת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פעוט יכול לשבת במושב רגיל בלי מושב בטיחות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נֹעַם בֶּן שְׁנָתַיִם נוֹסֵעַ בְּמוֹשַׁב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אָסוּר לִנְסֹעַ בָּרֶכֶב בְּלִי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הנוסע למקום הישיבה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תינוק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מושב הגבהה עם חגורה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פעוט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חגורת בטיחות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ילד בגיל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מושב בטיחות לתינוקות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מושב בטיחות לפעוטות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או כתבו: איך אתם נוסעים ברכב בבטחה? מה יש לכם במושב?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נוסע ילד בן שנתיים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לחגור חגורת בטיחות?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יושב איפה? – בטיחות בדרכים ברכב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